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C4E80"/>
          <w:sz w:val="44"/>
        </w:rPr>
        <w:t>SOLICITUD DE PERMISO DE TRABAJO</w:t>
      </w:r>
    </w:p>
    <w:p>
      <w:pPr>
        <w:jc w:val="center"/>
      </w:pPr>
      <w:r>
        <w:rPr>
          <w:i/>
          <w:color w:val="646464"/>
          <w:sz w:val="22"/>
        </w:rPr>
        <w:t>Plantilla profesional editable</w:t>
      </w:r>
    </w:p>
    <w:p/>
    <w:p>
      <w:r>
        <w:rPr>
          <w:b/>
        </w:rPr>
        <w:t>[Ciudad], [Fecha]</w:t>
      </w:r>
    </w:p>
    <w:p>
      <w:r>
        <w:t>Señor(a):</w:t>
        <w:br/>
        <w:t>[NOMBRE DEL JEFE O RESPONSABLE]</w:t>
        <w:br/>
        <w:t>[Cargo]</w:t>
        <w:br/>
        <w:t>[Empresa]</w:t>
      </w:r>
    </w:p>
    <w:p/>
    <w:p>
      <w:r>
        <w:rPr>
          <w:b/>
          <w:color w:val="1C4E80"/>
        </w:rPr>
        <w:t>Asunto: Solicitud de permiso laboral</w:t>
      </w:r>
    </w:p>
    <w:p/>
    <w:p>
      <w:pPr>
        <w:spacing w:line="360" w:lineRule="auto"/>
      </w:pPr>
      <w:r>
        <w:t>Estimado(a) señor(a):</w:t>
        <w:br/>
        <w:br/>
        <w:t>Por medio de la presente, me dirijo a usted para solicitar permiso laboral el día [FECHA], desde las [HORA] hasta las [HORA], debido a [MOTIVO].</w:t>
        <w:br/>
        <w:br/>
        <w:t>Agradezco de antemano su comprensión y consideración. Asimismo, me comprometo a cumplir con las responsabilidades pendientes y coordinar adecuadamente mis labores.</w:t>
        <w:br/>
        <w:br/>
        <w:t>Sin otro particular, quedo atento(a) a su respuesta.</w:t>
      </w:r>
    </w:p>
    <w:p>
      <w:r>
        <w:br/>
        <w:t>Atentamente,</w:t>
        <w:br/>
        <w:br/>
        <w:t>[FIRMA]</w:t>
        <w:br/>
        <w:t>[NOMBRE COMPLETO]</w:t>
        <w:br/>
        <w:t>[Cargo]</w:t>
        <w:br/>
        <w:t>[Área]</w:t>
      </w:r>
    </w:p>
    <w:p>
      <w:pPr>
        <w:jc w:val="center"/>
      </w:pPr>
      <w:r>
        <w:rPr>
          <w:color w:val="B4B4B4"/>
        </w:rPr>
        <w:t>────────────────────────────────────────</w:t>
      </w:r>
    </w:p>
    <w:p>
      <w:pPr>
        <w:jc w:val="center"/>
      </w:pPr>
      <w:r>
        <w:rPr>
          <w:i/>
          <w:color w:val="5A5A5A"/>
          <w:sz w:val="20"/>
        </w:rPr>
        <w:t>No olvides borrar el link de nuestra web abajo y el logo de FacilitoPDF arriba. Regresa a www.facilitopdf.com para editar tu PDF, unir, quitar, firmar y organizar tus documentos sin perder mucho tiempo. Recomiéndanos y comparte nuestra web. También puedes dejarnos un mensaje en nuestra sección comentarios.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87878"/>
        <w:sz w:val="16"/>
      </w:rPr>
      <w:t>www.facilitopdf.com    |    © 2026 Nexia Labs · FJP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b/>
        <w:color w:val="282828"/>
        <w:sz w:val="20"/>
      </w:rPr>
      <w:t>FacilitoPDF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