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SOLICITUD DE EMPLEO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r>
        <w:rPr>
          <w:b/>
        </w:rPr>
        <w:t>[Ciudad], [Fecha]</w:t>
      </w:r>
    </w:p>
    <w:p>
      <w:r>
        <w:t>Señor(a):</w:t>
        <w:br/>
        <w:t>[NOMBRE DEL RESPONSABLE O EMPRESA]</w:t>
        <w:br/>
        <w:t>[Cargo]</w:t>
        <w:br/>
        <w:t>[Empresa]</w:t>
      </w:r>
    </w:p>
    <w:p/>
    <w:p>
      <w:r>
        <w:rPr>
          <w:b/>
          <w:color w:val="1C4E80"/>
        </w:rPr>
        <w:t>Asunto: Solicitud de empleo</w:t>
      </w:r>
    </w:p>
    <w:p/>
    <w:p>
      <w:pPr>
        <w:spacing w:line="360" w:lineRule="auto"/>
      </w:pPr>
      <w:r>
        <w:t>Estimado(a) señor(a):</w:t>
        <w:br/>
        <w:br/>
        <w:t>Por medio de la presente, me dirijo a usted con la finalidad de postular al puesto de [NOMBRE DEL PUESTO] en su prestigiosa organización.</w:t>
        <w:br/>
        <w:br/>
        <w:t>Considero que mi formación, experiencia y habilidades pueden aportar valor a su equipo de trabajo. Me caracterizo por ser una persona responsable, organizada y con facilidad para adaptarme a nuevos retos.</w:t>
        <w:br/>
        <w:br/>
        <w:t>Adjunto mi currículum vitae para su evaluación y quedo a disposición para participar en una entrevista o ampliar cualquier información adicional.</w:t>
        <w:br/>
        <w:br/>
        <w:t>Agradezco el tiempo brindado y la atención a la presente.</w:t>
      </w:r>
    </w:p>
    <w:p>
      <w:r>
        <w:br/>
        <w:t>Atentamente,</w:t>
        <w:br/>
        <w:br/>
        <w:t>[FIRMA]</w:t>
        <w:br/>
        <w:t>[NOMBRE COMPLETO]</w:t>
        <w:br/>
        <w:t>[Teléfono]</w:t>
        <w:br/>
        <w:t>[Correo electrónico]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