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1EE13" w14:textId="77777777" w:rsidR="000D7E68" w:rsidRDefault="000D7E68"/>
    <w:p w14:paraId="5D270EF7" w14:textId="77777777" w:rsidR="000D7E68" w:rsidRDefault="00607396">
      <w:r>
        <w:rPr>
          <w:b/>
          <w:color w:val="1C4E80"/>
        </w:rPr>
        <w:t>OFICIO N.° [000-2026-INSTITUCIÓN]</w:t>
      </w:r>
    </w:p>
    <w:p w14:paraId="3E75FF2F" w14:textId="77777777" w:rsidR="000D7E68" w:rsidRDefault="00607396">
      <w:r>
        <w:t>[Ciudad], [Fecha]</w:t>
      </w:r>
    </w:p>
    <w:p w14:paraId="4FCB85AA" w14:textId="77777777" w:rsidR="000D7E68" w:rsidRDefault="00607396">
      <w:r>
        <w:t>Señor(a):</w:t>
      </w:r>
      <w:r>
        <w:br/>
        <w:t>[NOMBRE DEL DESTINATARIO]</w:t>
      </w:r>
      <w:r>
        <w:br/>
        <w:t>[Cargo]</w:t>
      </w:r>
      <w:r>
        <w:br/>
        <w:t>[Institución / Empresa]</w:t>
      </w:r>
    </w:p>
    <w:p w14:paraId="4DD3B18F" w14:textId="77777777" w:rsidR="000D7E68" w:rsidRDefault="000D7E68"/>
    <w:p w14:paraId="4D4F9CE1" w14:textId="77777777" w:rsidR="000D7E68" w:rsidRDefault="00607396">
      <w:r>
        <w:rPr>
          <w:b/>
          <w:color w:val="1C4E80"/>
        </w:rPr>
        <w:t>Asunto: [INDICAR ASUNTO]</w:t>
      </w:r>
    </w:p>
    <w:p w14:paraId="02424D17" w14:textId="77777777" w:rsidR="000D7E68" w:rsidRDefault="000D7E68"/>
    <w:p w14:paraId="44942DAB" w14:textId="77777777" w:rsidR="000D7E68" w:rsidRDefault="00607396">
      <w:pPr>
        <w:spacing w:line="360" w:lineRule="auto"/>
      </w:pPr>
      <w:r>
        <w:t xml:space="preserve">De mi </w:t>
      </w:r>
      <w:r>
        <w:t>consideración:</w:t>
      </w:r>
      <w:r>
        <w:br/>
      </w:r>
      <w:r>
        <w:br/>
        <w:t>Tengo el agrado de dirigirme a usted para saludarle cordialmente y, al mismo tiempo, hacer de su conocimiento lo siguiente:</w:t>
      </w:r>
      <w:r>
        <w:br/>
      </w:r>
      <w:r>
        <w:br/>
        <w:t>[DESCRIBIR EL MOTIVO DEL OFICIO, INFORMACIÓN, SOLICITUD O COMUNICACIÓN].</w:t>
      </w:r>
      <w:r>
        <w:br/>
      </w:r>
      <w:r>
        <w:br/>
        <w:t>Sin otro particular, aprovecho la oportun</w:t>
      </w:r>
      <w:r>
        <w:t>idad para expresarle las muestras de mi especial consideración y estima.</w:t>
      </w:r>
    </w:p>
    <w:p w14:paraId="03A8C973" w14:textId="77777777" w:rsidR="000D7E68" w:rsidRDefault="000D7E68"/>
    <w:p w14:paraId="7D450077" w14:textId="1A3FF305" w:rsidR="000D7E68" w:rsidRDefault="00607396">
      <w:pPr>
        <w:jc w:val="right"/>
      </w:pPr>
      <w:proofErr w:type="spellStart"/>
      <w:r>
        <w:rPr>
          <w:b/>
          <w:color w:val="1C4E80"/>
        </w:rPr>
        <w:t>Atentamente</w:t>
      </w:r>
      <w:proofErr w:type="spellEnd"/>
      <w:r>
        <w:rPr>
          <w:b/>
          <w:color w:val="1C4E80"/>
        </w:rPr>
        <w:t>,</w:t>
      </w:r>
      <w:r>
        <w:rPr>
          <w:b/>
          <w:color w:val="1C4E80"/>
        </w:rPr>
        <w:br/>
      </w:r>
      <w:r>
        <w:rPr>
          <w:b/>
          <w:color w:val="1C4E80"/>
        </w:rPr>
        <w:br/>
      </w:r>
      <w:r>
        <w:rPr>
          <w:b/>
          <w:color w:val="1C4E80"/>
        </w:rPr>
        <w:br/>
        <w:t>______________________________</w:t>
      </w:r>
      <w:r>
        <w:rPr>
          <w:b/>
          <w:color w:val="1C4E80"/>
        </w:rPr>
        <w:br/>
        <w:t>[NOMBRE COMPLETO]</w:t>
      </w:r>
      <w:r>
        <w:rPr>
          <w:b/>
          <w:color w:val="1C4E80"/>
        </w:rPr>
        <w:br/>
        <w:t>[CARGO]</w:t>
      </w:r>
      <w:r>
        <w:rPr>
          <w:b/>
          <w:color w:val="1C4E80"/>
        </w:rPr>
        <w:br/>
      </w:r>
      <w:r w:rsidR="0003547E" w:rsidRPr="0003547E">
        <w:rPr>
          <w:b/>
          <w:color w:val="1C4E80"/>
        </w:rPr>
        <w:t xml:space="preserve"> </w:t>
      </w:r>
      <w:r>
        <w:rPr>
          <w:b/>
          <w:color w:val="1C4E80"/>
        </w:rPr>
        <w:t>[INSTITUCIÓN]</w:t>
      </w:r>
    </w:p>
    <w:p w14:paraId="5B2FBE34" w14:textId="77777777" w:rsidR="000D7E68" w:rsidRDefault="00607396"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 w14:paraId="51A0BD29" w14:textId="77777777" w:rsidR="000D7E68" w:rsidRDefault="00607396">
      <w:pPr>
        <w:jc w:val="center"/>
      </w:pPr>
      <w:r>
        <w:rPr>
          <w:i/>
          <w:color w:val="5A5A5A"/>
          <w:sz w:val="20"/>
        </w:rPr>
        <w:t>No olvides borrar el link de nuestra web abajo y el log</w:t>
      </w:r>
      <w:r>
        <w:rPr>
          <w:i/>
          <w:color w:val="5A5A5A"/>
          <w:sz w:val="20"/>
        </w:rPr>
        <w:t>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0D7E68" w:rsidSect="00034616">
      <w:headerReference w:type="default" r:id="rId8"/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26B31" w14:textId="77777777" w:rsidR="00607396" w:rsidRDefault="00607396">
      <w:pPr>
        <w:spacing w:after="0" w:line="240" w:lineRule="auto"/>
      </w:pPr>
      <w:r>
        <w:separator/>
      </w:r>
    </w:p>
  </w:endnote>
  <w:endnote w:type="continuationSeparator" w:id="0">
    <w:p w14:paraId="5CF67777" w14:textId="77777777" w:rsidR="00607396" w:rsidRDefault="0060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556E" w14:textId="77777777" w:rsidR="000D7E68" w:rsidRDefault="00607396">
    <w:pPr>
      <w:pStyle w:val="Piedepgina"/>
      <w:jc w:val="center"/>
    </w:pPr>
    <w:r>
      <w:rPr>
        <w:color w:val="787878"/>
        <w:sz w:val="16"/>
      </w:rPr>
      <w:t>www.facilitopdf.com    |    © 2026 Nexia Labs · FJP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BB3C4" w14:textId="77777777" w:rsidR="00607396" w:rsidRDefault="00607396">
      <w:pPr>
        <w:spacing w:after="0" w:line="240" w:lineRule="auto"/>
      </w:pPr>
      <w:r>
        <w:separator/>
      </w:r>
    </w:p>
  </w:footnote>
  <w:footnote w:type="continuationSeparator" w:id="0">
    <w:p w14:paraId="06167A67" w14:textId="77777777" w:rsidR="00607396" w:rsidRDefault="00607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036EF" w14:textId="77777777" w:rsidR="000D7E68" w:rsidRDefault="00607396">
    <w:pPr>
      <w:pStyle w:val="Encabezado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47E"/>
    <w:rsid w:val="0006063C"/>
    <w:rsid w:val="000D7E68"/>
    <w:rsid w:val="0015074B"/>
    <w:rsid w:val="0029639D"/>
    <w:rsid w:val="00326F90"/>
    <w:rsid w:val="0060739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2CCB4C2"/>
  <w14:defaultImageDpi w14:val="300"/>
  <w15:docId w15:val="{959A08C2-8EC3-45B7-9DFB-236761E5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Frank Janampa</cp:lastModifiedBy>
  <cp:revision>2</cp:revision>
  <dcterms:created xsi:type="dcterms:W3CDTF">2013-12-23T23:15:00Z</dcterms:created>
  <dcterms:modified xsi:type="dcterms:W3CDTF">2026-05-06T19:20:00Z</dcterms:modified>
  <cp:category/>
</cp:coreProperties>
</file>