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MEMORÁNDUM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pPr>
        <w:jc w:val="center"/>
      </w:pPr>
      <w:r>
        <w:rPr>
          <w:b/>
          <w:color w:val="3C3C3C"/>
          <w:sz w:val="24"/>
        </w:rPr>
        <w:t>[NOMBRE DE LA EMPRESA / INSTITUCIÓN]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>
              <w:rPr>
                <w:b/>
                <w:color w:val="1C4E80"/>
              </w:rPr>
              <w:t>PARA</w:t>
            </w:r>
          </w:p>
        </w:tc>
        <w:tc>
          <w:tcPr>
            <w:tcW w:type="dxa" w:w="4968"/>
          </w:tcPr>
          <w:p>
            <w:r>
              <w:t>[DESTINATARIO]</w:t>
            </w:r>
          </w:p>
        </w:tc>
      </w:tr>
      <w:tr>
        <w:tc>
          <w:tcPr>
            <w:tcW w:type="dxa" w:w="4968"/>
          </w:tcPr>
          <w:p>
            <w:r>
              <w:rPr>
                <w:b/>
                <w:color w:val="1C4E80"/>
              </w:rPr>
              <w:t>DE</w:t>
            </w:r>
          </w:p>
        </w:tc>
        <w:tc>
          <w:tcPr>
            <w:tcW w:type="dxa" w:w="4968"/>
          </w:tcPr>
          <w:p>
            <w:r>
              <w:t>[REMITENTE]</w:t>
            </w:r>
          </w:p>
        </w:tc>
      </w:tr>
      <w:tr>
        <w:tc>
          <w:tcPr>
            <w:tcW w:type="dxa" w:w="4968"/>
          </w:tcPr>
          <w:p>
            <w:r>
              <w:rPr>
                <w:b/>
                <w:color w:val="1C4E80"/>
              </w:rPr>
              <w:t>ASUNTO</w:t>
            </w:r>
          </w:p>
        </w:tc>
        <w:tc>
          <w:tcPr>
            <w:tcW w:type="dxa" w:w="4968"/>
          </w:tcPr>
          <w:p>
            <w:r>
              <w:t>[INDICAR ASUNTO]</w:t>
            </w:r>
          </w:p>
        </w:tc>
      </w:tr>
      <w:tr>
        <w:tc>
          <w:tcPr>
            <w:tcW w:type="dxa" w:w="4968"/>
          </w:tcPr>
          <w:p>
            <w:r>
              <w:rPr>
                <w:b/>
                <w:color w:val="1C4E80"/>
              </w:rPr>
              <w:t>FECHA</w:t>
            </w:r>
          </w:p>
        </w:tc>
        <w:tc>
          <w:tcPr>
            <w:tcW w:type="dxa" w:w="4968"/>
          </w:tcPr>
          <w:p>
            <w:r>
              <w:t>[FECHA]</w:t>
            </w:r>
          </w:p>
        </w:tc>
      </w:tr>
      <w:tr>
        <w:tc>
          <w:tcPr>
            <w:tcW w:type="dxa" w:w="4968"/>
          </w:tcPr>
          <w:p>
            <w:r>
              <w:rPr>
                <w:b/>
                <w:color w:val="1C4E80"/>
              </w:rPr>
              <w:t>REFERENCIA</w:t>
            </w:r>
          </w:p>
        </w:tc>
        <w:tc>
          <w:tcPr>
            <w:tcW w:type="dxa" w:w="4968"/>
          </w:tcPr>
          <w:p>
            <w:r>
              <w:t>[OPCIONAL]</w:t>
            </w:r>
          </w:p>
        </w:tc>
      </w:tr>
    </w:tbl>
    <w:p/>
    <w:p>
      <w:pPr>
        <w:spacing w:line="360" w:lineRule="auto"/>
      </w:pPr>
      <w:r>
        <w:t>Por medio del presente memorándum, se comunica lo siguiente:</w:t>
        <w:br/>
        <w:br/>
        <w:t>[DESCRIBIR EL MENSAJE, INDICACIÓN, DISPOSICIÓN O INFORMACIÓN CORRESPONDIENTE].</w:t>
        <w:br/>
        <w:br/>
        <w:t>Se solicita tomar conocimiento y realizar las acciones correspondientes de acuerdo con lo indicado.</w:t>
      </w:r>
    </w:p>
    <w:p/>
    <w:p>
      <w:pPr>
        <w:jc w:val="right"/>
      </w:pPr>
      <w:r>
        <w:rPr>
          <w:b/>
          <w:color w:val="1C4E80"/>
        </w:rPr>
        <w:t>______________________________</w:t>
        <w:br/>
        <w:t>[NOMBRE COMPLETO]</w:t>
        <w:br/>
        <w:t>[CARGO]</w:t>
        <w:br/>
        <w:t>[ÁREA / INSTITUCIÓN]</w:t>
      </w:r>
    </w:p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