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1C4E80"/>
          <w:sz w:val="44"/>
        </w:rPr>
        <w:t>INFORME DE TRABAJO</w:t>
      </w:r>
    </w:p>
    <w:p>
      <w:pPr>
        <w:jc w:val="center"/>
      </w:pPr>
      <w:r>
        <w:rPr>
          <w:i/>
          <w:color w:val="646464"/>
          <w:sz w:val="22"/>
        </w:rPr>
        <w:t>Plantilla profesional editable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4968"/>
          </w:tcPr>
          <w:p>
            <w:r>
              <w:rPr>
                <w:b/>
                <w:color w:val="1C4E80"/>
              </w:rPr>
              <w:t>Área / Departamento</w:t>
            </w:r>
          </w:p>
        </w:tc>
        <w:tc>
          <w:tcPr>
            <w:tcW w:type="dxa" w:w="4968"/>
          </w:tcPr>
          <w:p>
            <w:r>
              <w:t>[COMPLETAR]</w:t>
            </w:r>
          </w:p>
        </w:tc>
      </w:tr>
      <w:tr>
        <w:tc>
          <w:tcPr>
            <w:tcW w:type="dxa" w:w="4968"/>
          </w:tcPr>
          <w:p>
            <w:r>
              <w:rPr>
                <w:b/>
                <w:color w:val="1C4E80"/>
              </w:rPr>
              <w:t>Responsable</w:t>
            </w:r>
          </w:p>
        </w:tc>
        <w:tc>
          <w:tcPr>
            <w:tcW w:type="dxa" w:w="4968"/>
          </w:tcPr>
          <w:p>
            <w:r>
              <w:t>[COMPLETAR]</w:t>
            </w:r>
          </w:p>
        </w:tc>
      </w:tr>
      <w:tr>
        <w:tc>
          <w:tcPr>
            <w:tcW w:type="dxa" w:w="4968"/>
          </w:tcPr>
          <w:p>
            <w:r>
              <w:rPr>
                <w:b/>
                <w:color w:val="1C4E80"/>
              </w:rPr>
              <w:t>Fecha</w:t>
            </w:r>
          </w:p>
        </w:tc>
        <w:tc>
          <w:tcPr>
            <w:tcW w:type="dxa" w:w="4968"/>
          </w:tcPr>
          <w:p>
            <w:r>
              <w:t>[COMPLETAR]</w:t>
            </w:r>
          </w:p>
        </w:tc>
      </w:tr>
      <w:tr>
        <w:tc>
          <w:tcPr>
            <w:tcW w:type="dxa" w:w="4968"/>
          </w:tcPr>
          <w:p>
            <w:r>
              <w:rPr>
                <w:b/>
                <w:color w:val="1C4E80"/>
              </w:rPr>
              <w:t>Asunto</w:t>
            </w:r>
          </w:p>
        </w:tc>
        <w:tc>
          <w:tcPr>
            <w:tcW w:type="dxa" w:w="4968"/>
          </w:tcPr>
          <w:p>
            <w:r>
              <w:t>[COMPLETAR]</w:t>
            </w:r>
          </w:p>
        </w:tc>
      </w:tr>
    </w:tbl>
    <w:p/>
    <w:p>
      <w:r>
        <w:rPr>
          <w:b/>
          <w:color w:val="1C4E80"/>
          <w:sz w:val="26"/>
        </w:rPr>
        <w:t>1. OBJETIVO</w:t>
      </w:r>
    </w:p>
    <w:p>
      <w:pPr>
        <w:spacing w:line="360" w:lineRule="auto"/>
      </w:pPr>
      <w:r>
        <w:t>Describe el propósito principal del informe y la finalidad del documento.</w:t>
      </w:r>
    </w:p>
    <w:p>
      <w:r>
        <w:rPr>
          <w:b/>
          <w:color w:val="1C4E80"/>
          <w:sz w:val="26"/>
        </w:rPr>
        <w:t>2. ACTIVIDADES REALIZADAS</w:t>
      </w:r>
    </w:p>
    <w:p>
      <w:pPr>
        <w:spacing w:line="360" w:lineRule="auto"/>
      </w:pPr>
      <w:r>
        <w:t>Detalla las actividades desarrolladas, tareas ejecutadas y acciones relevantes realizadas durante el periodo.</w:t>
      </w:r>
    </w:p>
    <w:p>
      <w:r>
        <w:rPr>
          <w:b/>
          <w:color w:val="1C4E80"/>
          <w:sz w:val="26"/>
        </w:rPr>
        <w:t>3. RESULTADOS OBTENIDOS</w:t>
      </w:r>
    </w:p>
    <w:p>
      <w:pPr>
        <w:spacing w:line="360" w:lineRule="auto"/>
      </w:pPr>
      <w:r>
        <w:t>Explica los logros alcanzados, avances obtenidos o indicadores relevantes.</w:t>
      </w:r>
    </w:p>
    <w:p>
      <w:r>
        <w:rPr>
          <w:b/>
          <w:color w:val="1C4E80"/>
          <w:sz w:val="26"/>
        </w:rPr>
        <w:t>4. OBSERVACIONES</w:t>
      </w:r>
    </w:p>
    <w:p>
      <w:pPr>
        <w:spacing w:line="360" w:lineRule="auto"/>
      </w:pPr>
      <w:r>
        <w:t>Incluye dificultades encontradas, recomendaciones o información complementaria.</w:t>
      </w:r>
    </w:p>
    <w:p>
      <w:r>
        <w:rPr>
          <w:b/>
          <w:color w:val="1C4E80"/>
          <w:sz w:val="26"/>
        </w:rPr>
        <w:t>5. CONCLUSIONES</w:t>
      </w:r>
    </w:p>
    <w:p>
      <w:pPr>
        <w:spacing w:line="360" w:lineRule="auto"/>
      </w:pPr>
      <w:r>
        <w:t>Resume brevemente los principales resultados y conclusiones del informe.</w:t>
      </w:r>
    </w:p>
    <w:p>
      <w:r>
        <w:br/>
      </w:r>
    </w:p>
    <w:p>
      <w:pPr>
        <w:jc w:val="right"/>
      </w:pPr>
      <w:r>
        <w:rPr>
          <w:b/>
          <w:color w:val="1C4E80"/>
        </w:rPr>
        <w:t>______________________________</w:t>
        <w:br/>
        <w:t>[NOMBRE COMPLETO]</w:t>
        <w:br/>
        <w:t>[CARGO]</w:t>
        <w:br/>
        <w:t>[ÁREA / INSTITUCIÓN]</w:t>
      </w:r>
    </w:p>
    <w:p>
      <w:pPr>
        <w:jc w:val="center"/>
      </w:pPr>
      <w:r>
        <w:rPr>
          <w:color w:val="B4B4B4"/>
        </w:rPr>
        <w:t>────────────────────────────────────────</w:t>
      </w:r>
    </w:p>
    <w:p>
      <w:pPr>
        <w:jc w:val="center"/>
      </w:pPr>
      <w:r>
        <w:rPr>
          <w:i/>
          <w:color w:val="5A5A5A"/>
          <w:sz w:val="20"/>
        </w:rPr>
        <w:t>No olvides borrar el link de nuestra web abajo y el logo de FacilitoPDF arriba. Regresa a www.facilitopdf.com para editar tu PDF, unir, quitar, firmar y organizar tus documentos sin perder mucho tiempo. Recomiéndanos y comparte nuestra web. También puedes dejarnos un mensaje en nuestra sección comentarios.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08" w:right="1152" w:bottom="1008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787878"/>
        <w:sz w:val="16"/>
      </w:rPr>
      <w:t>www.facilitopdf.com    |    © 2026 Nexia Labs · FJP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>
      <w:rPr>
        <w:b/>
        <w:color w:val="282828"/>
        <w:sz w:val="20"/>
      </w:rPr>
      <w:t>FacilitoPDF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 w:eastAsia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