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CONTRATO DE TRABAJO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p/>
    <w:p>
      <w:pPr>
        <w:spacing w:line="360" w:lineRule="auto"/>
      </w:pPr>
      <w:r>
        <w:t>Conste por el presente documento el Contrato de Trabajo que celebran de una parte [NOMBRE DE LA EMPRESA], identificada con RUC N.° [NÚMERO], con domicilio en [DIRECCIÓN], representada por [NOMBRE DEL REPRESENTANTE], a quien en adelante se le denominará EL EMPLEADOR; y de la otra parte [NOMBRE DEL TRABAJADOR], identificado(a) con DNI N.° [NÚMERO], con domicilio en [DIRECCIÓN], a quien en adelante se le denominará EL TRABAJADOR.</w:t>
      </w:r>
    </w:p>
    <w:p>
      <w:r>
        <w:rPr>
          <w:b/>
          <w:color w:val="1C4E80"/>
          <w:sz w:val="24"/>
        </w:rPr>
        <w:t>PRIMERA: OBJETO DEL CONTRATO</w:t>
      </w:r>
    </w:p>
    <w:p>
      <w:pPr>
        <w:spacing w:line="336" w:lineRule="auto"/>
      </w:pPr>
      <w:r>
        <w:t>EL TRABAJADOR desempeñará el cargo de [PUESTO] realizando funciones relacionadas con [DESCRIPCIÓN].</w:t>
      </w:r>
    </w:p>
    <w:p>
      <w:r>
        <w:rPr>
          <w:b/>
          <w:color w:val="1C4E80"/>
          <w:sz w:val="24"/>
        </w:rPr>
        <w:t>SEGUNDA: JORNADA LABORAL</w:t>
      </w:r>
    </w:p>
    <w:p>
      <w:pPr>
        <w:spacing w:line="336" w:lineRule="auto"/>
      </w:pPr>
      <w:r>
        <w:t>La jornada de trabajo será de [HORARIO], conforme a las disposiciones internas de la empresa.</w:t>
      </w:r>
    </w:p>
    <w:p>
      <w:r>
        <w:rPr>
          <w:b/>
          <w:color w:val="1C4E80"/>
          <w:sz w:val="24"/>
        </w:rPr>
        <w:t>TERCERA: REMUNERACIÓN</w:t>
      </w:r>
    </w:p>
    <w:p>
      <w:pPr>
        <w:spacing w:line="336" w:lineRule="auto"/>
      </w:pPr>
      <w:r>
        <w:t>EL EMPLEADOR abonará una remuneración mensual de [MONTO], sujeta a los descuentos de ley.</w:t>
      </w:r>
    </w:p>
    <w:p>
      <w:r>
        <w:rPr>
          <w:b/>
          <w:color w:val="1C4E80"/>
          <w:sz w:val="24"/>
        </w:rPr>
        <w:t>CUARTA: DURACIÓN</w:t>
      </w:r>
    </w:p>
    <w:p>
      <w:pPr>
        <w:spacing w:line="336" w:lineRule="auto"/>
      </w:pPr>
      <w:r>
        <w:t>El presente contrato tendrá una duración de [PLAZO], iniciando el [FECHA] y culminando el [FECHA].</w:t>
      </w:r>
    </w:p>
    <w:p>
      <w:r>
        <w:rPr>
          <w:b/>
          <w:color w:val="1C4E80"/>
          <w:sz w:val="24"/>
        </w:rPr>
        <w:t>QUINTA: OBLIGACIONES</w:t>
      </w:r>
    </w:p>
    <w:p>
      <w:pPr>
        <w:spacing w:line="336" w:lineRule="auto"/>
      </w:pPr>
      <w:r>
        <w:t>EL TRABAJADOR se compromete a cumplir las funciones asignadas con responsabilidad y confidencialidad.</w:t>
      </w:r>
    </w:p>
    <w:p>
      <w:r>
        <w:br/>
        <w:t>Firmado en señal de conformidad por ambas partes.</w:t>
        <w:br/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pPr>
              <w:jc w:val="center"/>
            </w:pPr>
            <w:r>
              <w:rPr>
                <w:b/>
                <w:color w:val="1C4E80"/>
              </w:rPr>
              <w:t>EMPLEADOR</w:t>
            </w:r>
          </w:p>
        </w:tc>
        <w:tc>
          <w:tcPr>
            <w:tcW w:type="dxa" w:w="4968"/>
          </w:tcPr>
          <w:p>
            <w:pPr>
              <w:jc w:val="center"/>
            </w:pPr>
            <w:r>
              <w:rPr>
                <w:b/>
                <w:color w:val="1C4E80"/>
              </w:rPr>
              <w:t>TRABAJADOR</w:t>
            </w:r>
          </w:p>
        </w:tc>
      </w:tr>
      <w:tr>
        <w:tc>
          <w:tcPr>
            <w:tcW w:type="dxa" w:w="4968"/>
          </w:tcPr>
          <w:p>
            <w:r>
              <w:br/>
              <w:br/>
              <w:t>Firma:</w:t>
              <w:br/>
              <w:br/>
              <w:t>Nombre:</w:t>
              <w:br/>
              <w:t>DNI:</w:t>
              <w:br/>
            </w:r>
          </w:p>
        </w:tc>
        <w:tc>
          <w:tcPr>
            <w:tcW w:type="dxa" w:w="4968"/>
          </w:tcPr>
          <w:p>
            <w:r>
              <w:br/>
              <w:br/>
              <w:t>Firma:</w:t>
              <w:br/>
              <w:br/>
              <w:t>Nombre:</w:t>
              <w:br/>
              <w:t>DNI:</w:t>
              <w:br/>
            </w:r>
          </w:p>
        </w:tc>
      </w:tr>
    </w:tbl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