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C4E80"/>
          <w:sz w:val="44"/>
        </w:rPr>
        <w:t>CONTRATO DE ALQUILER</w:t>
      </w:r>
    </w:p>
    <w:p>
      <w:pPr>
        <w:jc w:val="center"/>
      </w:pPr>
      <w:r>
        <w:rPr>
          <w:i/>
          <w:color w:val="646464"/>
          <w:sz w:val="22"/>
        </w:rPr>
        <w:t>Plantilla profesional editable</w:t>
      </w:r>
    </w:p>
    <w:p/>
    <w:p>
      <w:pPr>
        <w:spacing w:line="360" w:lineRule="auto"/>
      </w:pPr>
      <w:r>
        <w:t>Conste por el presente documento el Contrato de Alquiler que celebran de una parte [NOMBRE DEL ARRENDADOR], identificado(a) con DNI N.° [NÚMERO], con domicilio en [DIRECCIÓN], a quien en adelante se le denominará EL ARRENDADOR; y de la otra parte [NOMBRE DEL ARRENDATARIO], identificado(a) con DNI N.° [NÚMERO], con domicilio en [DIRECCIÓN], a quien en adelante se le denominará EL ARRENDATARIO, bajo las siguientes cláusulas:</w:t>
      </w:r>
    </w:p>
    <w:p>
      <w:r>
        <w:rPr>
          <w:b/>
          <w:color w:val="1C4E80"/>
          <w:sz w:val="24"/>
        </w:rPr>
        <w:t>PRIMERA: OBJETO DEL CONTRATO</w:t>
      </w:r>
    </w:p>
    <w:p>
      <w:pPr>
        <w:spacing w:line="336" w:lineRule="auto"/>
      </w:pPr>
      <w:r>
        <w:t>EL ARRENDADOR da en alquiler al ARRENDATARIO el inmueble ubicado en [DIRECCIÓN DEL INMUEBLE].</w:t>
      </w:r>
    </w:p>
    <w:p>
      <w:r>
        <w:rPr>
          <w:b/>
          <w:color w:val="1C4E80"/>
          <w:sz w:val="24"/>
        </w:rPr>
        <w:t>SEGUNDA: PLAZO</w:t>
      </w:r>
    </w:p>
    <w:p>
      <w:pPr>
        <w:spacing w:line="336" w:lineRule="auto"/>
      </w:pPr>
      <w:r>
        <w:t>El presente contrato tendrá una duración de [PLAZO], iniciando el [FECHA] y culminando el [FECHA].</w:t>
      </w:r>
    </w:p>
    <w:p>
      <w:r>
        <w:rPr>
          <w:b/>
          <w:color w:val="1C4E80"/>
          <w:sz w:val="24"/>
        </w:rPr>
        <w:t>TERCERA: MONTO DE ALQUILER</w:t>
      </w:r>
    </w:p>
    <w:p>
      <w:pPr>
        <w:spacing w:line="336" w:lineRule="auto"/>
      </w:pPr>
      <w:r>
        <w:t>El monto mensual acordado es de [MONTO], el cual será cancelado dentro de los primeros [DÍAS] días de cada mes.</w:t>
      </w:r>
    </w:p>
    <w:p>
      <w:r>
        <w:rPr>
          <w:b/>
          <w:color w:val="1C4E80"/>
          <w:sz w:val="24"/>
        </w:rPr>
        <w:t>CUARTA: OBLIGACIONES</w:t>
      </w:r>
    </w:p>
    <w:p>
      <w:pPr>
        <w:spacing w:line="336" w:lineRule="auto"/>
      </w:pPr>
      <w:r>
        <w:t>EL ARRENDATARIO se compromete a conservar el inmueble en buen estado y utilizarlo únicamente para fines permitidos.</w:t>
      </w:r>
    </w:p>
    <w:p>
      <w:r>
        <w:rPr>
          <w:b/>
          <w:color w:val="1C4E80"/>
          <w:sz w:val="24"/>
        </w:rPr>
        <w:t>QUINTA: RESOLUCIÓN</w:t>
      </w:r>
    </w:p>
    <w:p>
      <w:pPr>
        <w:spacing w:line="336" w:lineRule="auto"/>
      </w:pPr>
      <w:r>
        <w:t>El incumplimiento de cualquiera de las cláusulas dará lugar a la resolución del presente contrato conforme a ley.</w:t>
      </w:r>
    </w:p>
    <w:p>
      <w:r>
        <w:br/>
        <w:t>Firmado en señal de conformidad por ambas partes.</w:t>
        <w:br/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ARRENDADOR</w:t>
            </w:r>
          </w:p>
        </w:tc>
        <w:tc>
          <w:tcPr>
            <w:tcW w:type="dxa" w:w="4968"/>
          </w:tcPr>
          <w:p>
            <w:pPr>
              <w:jc w:val="center"/>
            </w:pPr>
            <w:r>
              <w:rPr>
                <w:b/>
                <w:color w:val="1C4E80"/>
              </w:rPr>
              <w:t>ARRENDATARIO</w:t>
            </w:r>
          </w:p>
        </w:tc>
      </w:tr>
      <w:tr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  <w:tc>
          <w:tcPr>
            <w:tcW w:type="dxa" w:w="4968"/>
          </w:tcPr>
          <w:p>
            <w:r>
              <w:br/>
              <w:br/>
              <w:t>Firma:</w:t>
              <w:br/>
              <w:br/>
              <w:t>Nombre:</w:t>
              <w:br/>
              <w:t>DNI:</w:t>
              <w:br/>
            </w:r>
          </w:p>
        </w:tc>
      </w:tr>
    </w:tbl>
    <w:p>
      <w:pPr>
        <w:jc w:val="center"/>
      </w:pPr>
      <w:r>
        <w:rPr>
          <w:color w:val="B4B4B4"/>
        </w:rPr>
        <w:t>────────────────────────────────────────</w:t>
      </w:r>
    </w:p>
    <w:p>
      <w:pPr>
        <w:jc w:val="center"/>
      </w:pPr>
      <w:r>
        <w:rPr>
          <w:i/>
          <w:color w:val="5A5A5A"/>
          <w:sz w:val="20"/>
        </w:rPr>
        <w:t>No olvides borrar el link de nuestra web abajo y el logo de FacilitoPDF arriba. Regresa a www.facilitopdf.com para editar tu PDF, unir, quitar, firmar y organizar tus documentos sin perder mucho tiempo. Recomiéndanos y comparte nuestra web. También puedes dejarnos un mensaje en nuestra sección comentarios.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87878"/>
        <w:sz w:val="16"/>
      </w:rPr>
      <w:t>www.facilitopdf.com    |    © 2026 Nexia Labs · FJP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b/>
        <w:color w:val="282828"/>
        <w:sz w:val="20"/>
      </w:rPr>
      <w:t>FacilitoPDF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