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C39DE" w14:textId="77777777" w:rsidR="00717B26" w:rsidRDefault="002554E0">
      <w:pPr>
        <w:jc w:val="center"/>
      </w:pPr>
      <w:r>
        <w:rPr>
          <w:b/>
          <w:color w:val="1C4E80"/>
          <w:sz w:val="44"/>
        </w:rPr>
        <w:t>CONSTANCIA DE TRABAJO</w:t>
      </w:r>
    </w:p>
    <w:p w14:paraId="1144D9C9" w14:textId="77777777" w:rsidR="00717B26" w:rsidRDefault="002554E0">
      <w:pPr>
        <w:jc w:val="center"/>
      </w:pPr>
      <w:r>
        <w:rPr>
          <w:i/>
          <w:color w:val="646464"/>
        </w:rPr>
        <w:t>Plantilla profesional editable</w:t>
      </w:r>
    </w:p>
    <w:p w14:paraId="1963A939" w14:textId="77777777" w:rsidR="00717B26" w:rsidRDefault="00717B26"/>
    <w:p w14:paraId="1F5FA1D6" w14:textId="77777777" w:rsidR="00717B26" w:rsidRDefault="002554E0">
      <w:pPr>
        <w:jc w:val="center"/>
      </w:pPr>
      <w:r>
        <w:rPr>
          <w:b/>
          <w:color w:val="3C3C3C"/>
        </w:rPr>
        <w:t>[NOMBRE DE LA EMPRESA]</w:t>
      </w:r>
      <w:r>
        <w:rPr>
          <w:b/>
          <w:color w:val="3C3C3C"/>
        </w:rPr>
        <w:br/>
        <w:t>RUC: [NÚMERO]</w:t>
      </w:r>
      <w:r>
        <w:rPr>
          <w:b/>
          <w:color w:val="3C3C3C"/>
        </w:rPr>
        <w:br/>
        <w:t>Dirección: [DIRECCIÓN]</w:t>
      </w:r>
    </w:p>
    <w:p w14:paraId="32D05613" w14:textId="77777777" w:rsidR="00717B26" w:rsidRDefault="00717B26"/>
    <w:p w14:paraId="7D82EDBE" w14:textId="4F16AF2F" w:rsidR="00717B26" w:rsidRDefault="002554E0">
      <w:pPr>
        <w:spacing w:line="360" w:lineRule="auto"/>
      </w:pPr>
      <w:r>
        <w:lastRenderedPageBreak/>
        <w:t>Por medio de la p</w:t>
      </w:r>
      <w:r w:rsidR="003F18DB" w:rsidRPr="003F18DB">
        <w:drawing>
          <wp:inline distT="0" distB="0" distL="0" distR="0" wp14:anchorId="344B79B6" wp14:editId="4E891A93">
            <wp:extent cx="5763429" cy="7430537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3429" cy="7430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resente, se hace constar que el(la) señor(a) [NOMBRE COMPLETO], identificado(a) con DNI N.° [NÚMERO], ha laborado en </w:t>
      </w:r>
      <w:r>
        <w:t>nuestra empresa desempeñando el cargo de [PUESTO], desde el [FECHA DE INICIO] hasta el [FECHA DE FINALIZACIÓN].</w:t>
      </w:r>
      <w:r>
        <w:br/>
      </w:r>
      <w:r>
        <w:br/>
      </w:r>
      <w:r>
        <w:lastRenderedPageBreak/>
        <w:t>Durante el periodo señalado, el(la) trabajador(a) demostró responsabilidad, puntualidad y compromiso en el cumplimiento de sus funciones.</w:t>
      </w:r>
      <w:r>
        <w:br/>
      </w:r>
      <w:r>
        <w:br/>
        <w:t>La p</w:t>
      </w:r>
      <w:r>
        <w:t>resente constancia se expide a solicitud del interesado(a) para los fines que estime convenientes.</w:t>
      </w:r>
    </w:p>
    <w:p w14:paraId="22E77FDF" w14:textId="77777777" w:rsidR="00717B26" w:rsidRDefault="00717B26"/>
    <w:p w14:paraId="26214C94" w14:textId="77777777" w:rsidR="00717B26" w:rsidRDefault="002554E0" w:rsidP="00F73BC2">
      <w:pPr>
        <w:jc w:val="center"/>
      </w:pPr>
      <w:r>
        <w:rPr>
          <w:b/>
          <w:color w:val="1C4E80"/>
        </w:rPr>
        <w:br/>
        <w:t>______________________________</w:t>
      </w:r>
      <w:r>
        <w:rPr>
          <w:b/>
          <w:color w:val="1C4E80"/>
        </w:rPr>
        <w:br/>
        <w:t>[NOMBRE DEL RESPONSABLE]</w:t>
      </w:r>
      <w:r>
        <w:rPr>
          <w:b/>
          <w:color w:val="1C4E80"/>
        </w:rPr>
        <w:br/>
        <w:t>[CARGO]</w:t>
      </w:r>
      <w:r>
        <w:rPr>
          <w:b/>
          <w:color w:val="1C4E80"/>
        </w:rPr>
        <w:br/>
        <w:t>[EMPRESA]</w:t>
      </w:r>
    </w:p>
    <w:p w14:paraId="668396F1" w14:textId="77777777" w:rsidR="00717B26" w:rsidRDefault="002554E0">
      <w:pPr>
        <w:jc w:val="center"/>
      </w:pPr>
      <w:r>
        <w:rPr>
          <w:color w:val="B4B4B4"/>
        </w:rPr>
        <w:t>────────────────────────────────────────</w:t>
      </w:r>
    </w:p>
    <w:p w14:paraId="614278D6" w14:textId="77777777" w:rsidR="00717B26" w:rsidRDefault="002554E0">
      <w:pPr>
        <w:jc w:val="center"/>
      </w:pPr>
      <w:r>
        <w:rPr>
          <w:i/>
          <w:color w:val="5A5A5A"/>
          <w:sz w:val="20"/>
        </w:rPr>
        <w:t>No olvides borrar el link de nuestra web</w:t>
      </w:r>
      <w:r>
        <w:rPr>
          <w:i/>
          <w:color w:val="5A5A5A"/>
          <w:sz w:val="20"/>
        </w:rPr>
        <w:t xml:space="preserve"> abajo y el logo de FacilitoPDF arriba. Regresa a www.facilitopdf.com para editar tu PDF, unir, quitar, firmar y organizar tus documentos sin perder mucho tiempo. Recomiéndanos y comparte nuestra web. También puedes dejarnos un mensaje en nuestra sección c</w:t>
      </w:r>
      <w:r>
        <w:rPr>
          <w:i/>
          <w:color w:val="5A5A5A"/>
          <w:sz w:val="20"/>
        </w:rPr>
        <w:t>omentarios.</w:t>
      </w:r>
    </w:p>
    <w:sectPr w:rsidR="00717B26" w:rsidSect="00034616">
      <w:headerReference w:type="default" r:id="rId9"/>
      <w:footerReference w:type="default" r:id="rId10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CF97B" w14:textId="77777777" w:rsidR="002554E0" w:rsidRDefault="002554E0">
      <w:pPr>
        <w:spacing w:after="0" w:line="240" w:lineRule="auto"/>
      </w:pPr>
      <w:r>
        <w:separator/>
      </w:r>
    </w:p>
  </w:endnote>
  <w:endnote w:type="continuationSeparator" w:id="0">
    <w:p w14:paraId="7471A725" w14:textId="77777777" w:rsidR="002554E0" w:rsidRDefault="00255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C73A0" w14:textId="77777777" w:rsidR="00717B26" w:rsidRDefault="002554E0">
    <w:pPr>
      <w:pStyle w:val="Piedepgina"/>
      <w:jc w:val="center"/>
    </w:pPr>
    <w:r>
      <w:rPr>
        <w:color w:val="787878"/>
        <w:sz w:val="16"/>
      </w:rPr>
      <w:t>www.facilitopdf.com    |    © 2026 Nexia Labs · FJP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A79F0" w14:textId="77777777" w:rsidR="002554E0" w:rsidRDefault="002554E0">
      <w:pPr>
        <w:spacing w:after="0" w:line="240" w:lineRule="auto"/>
      </w:pPr>
      <w:r>
        <w:separator/>
      </w:r>
    </w:p>
  </w:footnote>
  <w:footnote w:type="continuationSeparator" w:id="0">
    <w:p w14:paraId="609132DE" w14:textId="77777777" w:rsidR="002554E0" w:rsidRDefault="00255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5841D" w14:textId="77777777" w:rsidR="00717B26" w:rsidRDefault="002554E0">
    <w:pPr>
      <w:pStyle w:val="Encabezado"/>
    </w:pPr>
    <w:r>
      <w:rPr>
        <w:b/>
        <w:color w:val="282828"/>
        <w:sz w:val="20"/>
      </w:rPr>
      <w:t>FacilitoPDF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54E0"/>
    <w:rsid w:val="0029639D"/>
    <w:rsid w:val="00326F90"/>
    <w:rsid w:val="003F18DB"/>
    <w:rsid w:val="00717B26"/>
    <w:rsid w:val="00AA1D8D"/>
    <w:rsid w:val="00B47730"/>
    <w:rsid w:val="00CB0664"/>
    <w:rsid w:val="00F73BC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929346A"/>
  <w14:defaultImageDpi w14:val="300"/>
  <w15:docId w15:val="{5B9987D1-1F02-47D2-B4F6-A143F8ADD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Frank Janampa</cp:lastModifiedBy>
  <cp:revision>3</cp:revision>
  <dcterms:created xsi:type="dcterms:W3CDTF">2013-12-23T23:15:00Z</dcterms:created>
  <dcterms:modified xsi:type="dcterms:W3CDTF">2026-05-06T18:57:00Z</dcterms:modified>
  <cp:category/>
</cp:coreProperties>
</file>