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C4E80"/>
          <w:sz w:val="44"/>
        </w:rPr>
        <w:t>CONSENTIMIENTO INFORMADO</w:t>
      </w:r>
    </w:p>
    <w:p>
      <w:pPr>
        <w:jc w:val="center"/>
      </w:pPr>
      <w:r>
        <w:rPr>
          <w:i/>
          <w:color w:val="646464"/>
          <w:sz w:val="22"/>
        </w:rPr>
        <w:t>Plantilla profesional editable</w:t>
      </w:r>
    </w:p>
    <w:p/>
    <w:p>
      <w:pPr>
        <w:jc w:val="center"/>
      </w:pPr>
      <w:r>
        <w:rPr>
          <w:b/>
          <w:color w:val="3C3C3C"/>
          <w:sz w:val="24"/>
        </w:rPr>
        <w:t>[NOMBRE DE LA INSTITUCIÓN / EMPRESA]</w:t>
      </w:r>
    </w:p>
    <w:p/>
    <w:p>
      <w:pPr>
        <w:spacing w:line="360" w:lineRule="auto"/>
      </w:pPr>
      <w:r>
        <w:t>Yo, [NOMBRE COMPLETO], identificado(a) con DNI N.° [NÚMERO], declaro haber recibido información clara y suficiente respecto a [DESCRIBIR PROCEDIMIENTO / ACTIVIDAD / SERVICIO].</w:t>
        <w:br/>
        <w:br/>
        <w:t>Asimismo, manifiesto que comprendo los alcances, condiciones y posibles implicancias relacionadas con el procedimiento señalado.</w:t>
        <w:br/>
        <w:br/>
        <w:t>De manera libre y voluntaria, otorgo mi consentimiento para la realización de dicha actividad, dejando constancia de mi conformidad mediante la firma del presente documento.</w:t>
      </w:r>
    </w:p>
    <w:p/>
    <w:p>
      <w:r>
        <w:rPr>
          <w:b/>
          <w:color w:val="1C4E80"/>
          <w:sz w:val="26"/>
        </w:rPr>
        <w:t>OBSERVACIONES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</w:tcPr>
          <w:p>
            <w:pPr>
              <w:jc w:val="center"/>
            </w:pPr>
            <w:r>
              <w:rPr>
                <w:b/>
                <w:color w:val="1C4E80"/>
              </w:rPr>
              <w:t>RESPONSABLE</w:t>
            </w:r>
          </w:p>
        </w:tc>
        <w:tc>
          <w:tcPr>
            <w:tcW w:type="dxa" w:w="4968"/>
          </w:tcPr>
          <w:p>
            <w:pPr>
              <w:jc w:val="center"/>
            </w:pPr>
            <w:r>
              <w:rPr>
                <w:b/>
                <w:color w:val="1C4E80"/>
              </w:rPr>
              <w:t>PARTICIPANTE</w:t>
            </w:r>
          </w:p>
        </w:tc>
      </w:tr>
      <w:tr>
        <w:tc>
          <w:tcPr>
            <w:tcW w:type="dxa" w:w="4968"/>
          </w:tcPr>
          <w:p>
            <w:r>
              <w:br/>
              <w:br/>
              <w:t>Firma:</w:t>
              <w:br/>
              <w:br/>
              <w:t>Nombre:</w:t>
              <w:br/>
              <w:t>DNI:</w:t>
              <w:br/>
            </w:r>
          </w:p>
        </w:tc>
        <w:tc>
          <w:tcPr>
            <w:tcW w:type="dxa" w:w="4968"/>
          </w:tcPr>
          <w:p>
            <w:r>
              <w:br/>
              <w:br/>
              <w:t>Firma:</w:t>
              <w:br/>
              <w:br/>
              <w:t>Nombre:</w:t>
              <w:br/>
              <w:t>DNI:</w:t>
              <w:br/>
            </w:r>
          </w:p>
        </w:tc>
      </w:tr>
    </w:tbl>
    <w:p>
      <w:pPr>
        <w:jc w:val="center"/>
      </w:pPr>
      <w:r>
        <w:rPr>
          <w:color w:val="B4B4B4"/>
        </w:rPr>
        <w:t>────────────────────────────────────────</w:t>
      </w:r>
    </w:p>
    <w:p>
      <w:pPr>
        <w:jc w:val="center"/>
      </w:pPr>
      <w:r>
        <w:rPr>
          <w:i/>
          <w:color w:val="5A5A5A"/>
          <w:sz w:val="20"/>
        </w:rPr>
        <w:t>No olvides borrar el link de nuestra web abajo y el logo de FacilitoPDF arriba. Regresa a www.facilitopdf.com para editar tu PDF, unir, quitar, firmar y organizar tus documentos sin perder mucho tiempo. Recomiéndanos y comparte nuestra web. También puedes dejarnos un mensaje en nuestra sección comentarios.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7878"/>
        <w:sz w:val="16"/>
      </w:rPr>
      <w:t>www.facilitopdf.com    |    © 2026 Nexia Labs · FJP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282828"/>
        <w:sz w:val="20"/>
      </w:rPr>
      <w:t>FacilitoPDF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