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1C4E80"/>
          <w:sz w:val="44"/>
        </w:rPr>
        <w:t>CARTA PODER SIMPLE</w:t>
      </w:r>
    </w:p>
    <w:p>
      <w:pPr>
        <w:jc w:val="center"/>
      </w:pPr>
      <w:r>
        <w:rPr>
          <w:i/>
          <w:color w:val="646464"/>
          <w:sz w:val="22"/>
        </w:rPr>
        <w:t>Plantilla profesional editable</w:t>
      </w:r>
    </w:p>
    <w:p/>
    <w:p>
      <w:r>
        <w:rPr>
          <w:b/>
        </w:rPr>
        <w:t>[Ciudad], [Fecha]</w:t>
      </w:r>
    </w:p>
    <w:p>
      <w:pPr>
        <w:spacing w:line="360" w:lineRule="auto"/>
      </w:pPr>
      <w:r>
        <w:t>Yo, [NOMBRE COMPLETO], identificado(a) con DNI N.° [NÚMERO], domiciliado(a) en [DIRECCIÓN], por medio de la presente otorgo poder amplio y suficiente a [NOMBRE DE LA PERSONA AUTORIZADA], identificado(a) con DNI N.° [NÚMERO], para que en mi representación pueda realizar el siguiente trámite:</w:t>
        <w:br/>
        <w:br/>
        <w:t>[DESCRIBIR EL TRÁMITE O GESTIÓN AUTORIZADA]</w:t>
        <w:br/>
        <w:br/>
        <w:t>La presente carta poder se otorga únicamente para los fines señalados anteriormente.</w:t>
      </w:r>
    </w:p>
    <w:p>
      <w:r>
        <w:br/>
        <w:t>Sin otro particular, firmo la presente en señal de conformidad.</w:t>
        <w:br/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</w:tcPr>
          <w:p>
            <w:pPr>
              <w:jc w:val="center"/>
            </w:pPr>
            <w:r>
              <w:rPr>
                <w:b/>
                <w:color w:val="1C4E80"/>
              </w:rPr>
              <w:t>OTORGANTE</w:t>
            </w:r>
          </w:p>
        </w:tc>
        <w:tc>
          <w:tcPr>
            <w:tcW w:type="dxa" w:w="4968"/>
          </w:tcPr>
          <w:p>
            <w:pPr>
              <w:jc w:val="center"/>
            </w:pPr>
            <w:r>
              <w:rPr>
                <w:b/>
                <w:color w:val="1C4E80"/>
              </w:rPr>
              <w:t>APODERADO</w:t>
            </w:r>
          </w:p>
        </w:tc>
      </w:tr>
      <w:tr>
        <w:tc>
          <w:tcPr>
            <w:tcW w:type="dxa" w:w="4968"/>
          </w:tcPr>
          <w:p>
            <w:r>
              <w:br/>
              <w:br/>
              <w:t>Firma:</w:t>
              <w:br/>
              <w:br/>
              <w:t>Nombre:</w:t>
              <w:br/>
              <w:t>DNI:</w:t>
              <w:br/>
            </w:r>
          </w:p>
        </w:tc>
        <w:tc>
          <w:tcPr>
            <w:tcW w:type="dxa" w:w="4968"/>
          </w:tcPr>
          <w:p>
            <w:r>
              <w:br/>
              <w:br/>
              <w:t>Firma:</w:t>
              <w:br/>
              <w:br/>
              <w:t>Nombre:</w:t>
              <w:br/>
              <w:t>DNI:</w:t>
              <w:br/>
            </w:r>
          </w:p>
        </w:tc>
      </w:tr>
    </w:tbl>
    <w:p>
      <w:pPr>
        <w:jc w:val="center"/>
      </w:pPr>
      <w:r>
        <w:rPr>
          <w:color w:val="B4B4B4"/>
        </w:rPr>
        <w:t>────────────────────────────────────────</w:t>
      </w:r>
    </w:p>
    <w:p>
      <w:pPr>
        <w:jc w:val="center"/>
      </w:pPr>
      <w:r>
        <w:rPr>
          <w:i/>
          <w:color w:val="5A5A5A"/>
          <w:sz w:val="20"/>
        </w:rPr>
        <w:t>No olvides borrar el link de nuestra web abajo y el logo de FacilitoPDF arriba. Regresa a www.facilitopdf.com para editar tu PDF, unir, quitar, firmar y organizar tus documentos sin perder mucho tiempo. Recomiéndanos y comparte nuestra web. También puedes dejarnos un mensaje en nuestra sección comentarios.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1008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787878"/>
        <w:sz w:val="16"/>
      </w:rPr>
      <w:t>www.facilitopdf.com    |    © 2026 Nexia Labs · FJP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rPr>
        <w:b/>
        <w:color w:val="282828"/>
        <w:sz w:val="20"/>
      </w:rPr>
      <w:t>FacilitoPDF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 w:eastAsia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