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C4E80"/>
          <w:sz w:val="44"/>
        </w:rPr>
        <w:t>CARTA DE RENUNCIA</w:t>
      </w:r>
    </w:p>
    <w:p>
      <w:pPr>
        <w:jc w:val="center"/>
      </w:pPr>
      <w:r>
        <w:rPr>
          <w:i/>
          <w:color w:val="646464"/>
          <w:sz w:val="22"/>
        </w:rPr>
        <w:t>Plantilla profesional editable</w:t>
      </w:r>
    </w:p>
    <w:p/>
    <w:p>
      <w:r>
        <w:rPr>
          <w:b/>
        </w:rPr>
        <w:t>[Ciudad], [Fecha]</w:t>
      </w:r>
    </w:p>
    <w:p>
      <w:r>
        <w:t>Señor(a):</w:t>
        <w:br/>
        <w:t>[NOMBRE DEL JEFE O EMPRESA]</w:t>
        <w:br/>
        <w:t>[Cargo]</w:t>
        <w:br/>
        <w:t>[Empresa]</w:t>
      </w:r>
    </w:p>
    <w:p/>
    <w:p>
      <w:pPr>
        <w:spacing w:line="336" w:lineRule="auto"/>
      </w:pPr>
      <w:r>
        <w:t>Estimado(a) señor(a):</w:t>
        <w:br/>
        <w:br/>
        <w:t>Por medio de la presente, deseo comunicar formalmente mi decisión de renunciar al cargo de [PUESTO] que vengo desempeñando en [EMPRESA], siendo mi último día de labores el [FECHA].</w:t>
        <w:br/>
        <w:br/>
        <w:t>Agradezco sinceramente la oportunidad brindada, así como la experiencia y aprendizaje obtenidos durante el tiempo que formé parte de la organización.</w:t>
        <w:br/>
        <w:br/>
        <w:t>Me comprometo a realizar una adecuada entrega de funciones y apoyar en el proceso de transición correspondiente.</w:t>
        <w:br/>
        <w:br/>
        <w:t>Sin otro particular, reitero mi agradecimiento y les deseo muchos éxitos.</w:t>
      </w:r>
    </w:p>
    <w:p>
      <w:r>
        <w:br/>
        <w:t>Atentamente,</w:t>
        <w:br/>
        <w:br/>
        <w:t>[FIRMA]</w:t>
        <w:br/>
        <w:t>[NOMBRE COMPLETO]</w:t>
        <w:br/>
        <w:t>[DNI]</w:t>
        <w:br/>
        <w:t>[Teléfono]</w:t>
      </w:r>
    </w:p>
    <w:p>
      <w:pPr>
        <w:jc w:val="center"/>
      </w:pPr>
      <w:r>
        <w:rPr>
          <w:color w:val="B4B4B4"/>
        </w:rPr>
        <w:t>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5A5A5A"/>
          <w:sz w:val="20"/>
        </w:rPr>
        <w:t>No olvides borrar el link de nuestra web abajo y el logo de FacilitoPDF arriba. Regresa a www.facilitopdf.com para editar tu PDF, unir, quitar, firmar y organizar tus documentos sin perder mucho tiempo. Recomiéndanos y comparte nuestra web. También puedes dejarnos un mensaje en nuestra sección comentarios.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www.facilitopdf.com    |    © 2026 Nexia Labs · FJP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282828"/>
        <w:sz w:val="20"/>
      </w:rPr>
      <w:t>FacilitoPDF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