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597F" w14:textId="77777777" w:rsidR="001962D0" w:rsidRDefault="00D52154">
      <w:pPr>
        <w:jc w:val="center"/>
      </w:pPr>
      <w:r>
        <w:rPr>
          <w:b/>
          <w:color w:val="1C4E80"/>
          <w:sz w:val="44"/>
        </w:rPr>
        <w:t>ACTA DE REUNIÓN</w:t>
      </w:r>
    </w:p>
    <w:p w14:paraId="2508345B" w14:textId="77777777" w:rsidR="001962D0" w:rsidRDefault="00D52154">
      <w:pPr>
        <w:jc w:val="center"/>
      </w:pPr>
      <w:r>
        <w:rPr>
          <w:i/>
          <w:color w:val="646464"/>
        </w:rPr>
        <w:t>Plantilla profesional editable</w:t>
      </w:r>
    </w:p>
    <w:p w14:paraId="46CD4B05" w14:textId="77777777" w:rsidR="001962D0" w:rsidRDefault="001962D0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968"/>
        <w:gridCol w:w="4968"/>
      </w:tblGrid>
      <w:tr w:rsidR="001962D0" w14:paraId="0E6A54E3" w14:textId="77777777">
        <w:trPr>
          <w:jc w:val="center"/>
        </w:trPr>
        <w:tc>
          <w:tcPr>
            <w:tcW w:w="4968" w:type="dxa"/>
          </w:tcPr>
          <w:p w14:paraId="4CC3CEFD" w14:textId="77777777" w:rsidR="001962D0" w:rsidRDefault="00D52154">
            <w:r>
              <w:rPr>
                <w:b/>
                <w:color w:val="1C4E80"/>
              </w:rPr>
              <w:t>Fecha</w:t>
            </w:r>
          </w:p>
        </w:tc>
        <w:tc>
          <w:tcPr>
            <w:tcW w:w="4968" w:type="dxa"/>
          </w:tcPr>
          <w:p w14:paraId="0EE8A764" w14:textId="77777777" w:rsidR="001962D0" w:rsidRDefault="00D52154">
            <w:r>
              <w:t>[COMPLETAR]</w:t>
            </w:r>
          </w:p>
        </w:tc>
      </w:tr>
      <w:tr w:rsidR="001962D0" w14:paraId="306F319B" w14:textId="77777777">
        <w:trPr>
          <w:jc w:val="center"/>
        </w:trPr>
        <w:tc>
          <w:tcPr>
            <w:tcW w:w="4968" w:type="dxa"/>
          </w:tcPr>
          <w:p w14:paraId="20474CBA" w14:textId="77777777" w:rsidR="001962D0" w:rsidRDefault="00D52154">
            <w:r>
              <w:rPr>
                <w:b/>
                <w:color w:val="1C4E80"/>
              </w:rPr>
              <w:t>Hora</w:t>
            </w:r>
          </w:p>
        </w:tc>
        <w:tc>
          <w:tcPr>
            <w:tcW w:w="4968" w:type="dxa"/>
          </w:tcPr>
          <w:p w14:paraId="6A574140" w14:textId="77777777" w:rsidR="001962D0" w:rsidRDefault="00D52154">
            <w:r>
              <w:t>[COMPLETAR]</w:t>
            </w:r>
          </w:p>
        </w:tc>
      </w:tr>
      <w:tr w:rsidR="001962D0" w14:paraId="579BFA29" w14:textId="77777777">
        <w:trPr>
          <w:jc w:val="center"/>
        </w:trPr>
        <w:tc>
          <w:tcPr>
            <w:tcW w:w="4968" w:type="dxa"/>
          </w:tcPr>
          <w:p w14:paraId="34CEDCBA" w14:textId="77777777" w:rsidR="001962D0" w:rsidRDefault="00D52154">
            <w:r>
              <w:rPr>
                <w:b/>
                <w:color w:val="1C4E80"/>
              </w:rPr>
              <w:t>Lugar</w:t>
            </w:r>
          </w:p>
        </w:tc>
        <w:tc>
          <w:tcPr>
            <w:tcW w:w="4968" w:type="dxa"/>
          </w:tcPr>
          <w:p w14:paraId="7EF6A81A" w14:textId="77777777" w:rsidR="001962D0" w:rsidRDefault="00D52154">
            <w:r>
              <w:t>[COMPLETAR]</w:t>
            </w:r>
          </w:p>
        </w:tc>
      </w:tr>
      <w:tr w:rsidR="001962D0" w14:paraId="0909B57D" w14:textId="77777777">
        <w:trPr>
          <w:jc w:val="center"/>
        </w:trPr>
        <w:tc>
          <w:tcPr>
            <w:tcW w:w="4968" w:type="dxa"/>
          </w:tcPr>
          <w:p w14:paraId="15D8D588" w14:textId="77777777" w:rsidR="001962D0" w:rsidRDefault="00D52154">
            <w:r>
              <w:rPr>
                <w:b/>
                <w:color w:val="1C4E80"/>
              </w:rPr>
              <w:t>Responsable</w:t>
            </w:r>
          </w:p>
        </w:tc>
        <w:tc>
          <w:tcPr>
            <w:tcW w:w="4968" w:type="dxa"/>
          </w:tcPr>
          <w:p w14:paraId="3A8485B1" w14:textId="77777777" w:rsidR="001962D0" w:rsidRDefault="00D52154">
            <w:r>
              <w:t>[COMPLETAR]</w:t>
            </w:r>
          </w:p>
        </w:tc>
      </w:tr>
      <w:tr w:rsidR="001962D0" w14:paraId="05B7FD11" w14:textId="77777777">
        <w:trPr>
          <w:jc w:val="center"/>
        </w:trPr>
        <w:tc>
          <w:tcPr>
            <w:tcW w:w="4968" w:type="dxa"/>
          </w:tcPr>
          <w:p w14:paraId="54843C40" w14:textId="77777777" w:rsidR="001962D0" w:rsidRDefault="00D52154">
            <w:r>
              <w:rPr>
                <w:b/>
                <w:color w:val="1C4E80"/>
              </w:rPr>
              <w:t>Tema de reunión</w:t>
            </w:r>
          </w:p>
        </w:tc>
        <w:tc>
          <w:tcPr>
            <w:tcW w:w="4968" w:type="dxa"/>
          </w:tcPr>
          <w:p w14:paraId="700833CC" w14:textId="77777777" w:rsidR="001962D0" w:rsidRDefault="00D52154">
            <w:r>
              <w:t>[COMPLETAR]</w:t>
            </w:r>
          </w:p>
        </w:tc>
      </w:tr>
    </w:tbl>
    <w:p w14:paraId="7E7434A3" w14:textId="77777777" w:rsidR="001962D0" w:rsidRDefault="001962D0"/>
    <w:p w14:paraId="4B144BA6" w14:textId="77777777" w:rsidR="001962D0" w:rsidRDefault="00D52154">
      <w:r>
        <w:rPr>
          <w:b/>
          <w:color w:val="1C4E80"/>
          <w:sz w:val="26"/>
        </w:rPr>
        <w:t>1. PARTICIPANTES</w:t>
      </w:r>
    </w:p>
    <w:p w14:paraId="64A6F1A6" w14:textId="77777777" w:rsidR="001962D0" w:rsidRDefault="00D52154">
      <w:pPr>
        <w:spacing w:line="360" w:lineRule="auto"/>
      </w:pPr>
      <w:r>
        <w:t>• [NOMBRE Y CARGO]</w:t>
      </w:r>
      <w:r>
        <w:br/>
        <w:t>• [NOMBRE Y CARGO]</w:t>
      </w:r>
      <w:r>
        <w:br/>
        <w:t>• [NOMBRE Y CARGO]</w:t>
      </w:r>
    </w:p>
    <w:p w14:paraId="73915F0B" w14:textId="77777777" w:rsidR="001962D0" w:rsidRDefault="00D52154">
      <w:r>
        <w:rPr>
          <w:b/>
          <w:color w:val="1C4E80"/>
          <w:sz w:val="26"/>
        </w:rPr>
        <w:t xml:space="preserve">2. </w:t>
      </w:r>
      <w:r>
        <w:rPr>
          <w:b/>
          <w:color w:val="1C4E80"/>
          <w:sz w:val="26"/>
        </w:rPr>
        <w:t>DESARROLLO DE LA REUNIÓN</w:t>
      </w:r>
    </w:p>
    <w:p w14:paraId="2AF81EDC" w14:textId="79703DBD" w:rsidR="001962D0" w:rsidRDefault="00D52154">
      <w:pPr>
        <w:spacing w:line="360" w:lineRule="auto"/>
      </w:pPr>
      <w:r>
        <w:t xml:space="preserve">Describe los temas tratados, </w:t>
      </w:r>
      <w:proofErr w:type="spellStart"/>
      <w:r>
        <w:t>acuerdos</w:t>
      </w:r>
      <w:proofErr w:type="spellEnd"/>
      <w:r>
        <w:t xml:space="preserve"> </w:t>
      </w:r>
      <w:proofErr w:type="spellStart"/>
      <w:r>
        <w:t>discutidos</w:t>
      </w:r>
      <w:proofErr w:type="spellEnd"/>
      <w:r>
        <w:t xml:space="preserve"> y principal</w:t>
      </w:r>
      <w:r>
        <w:t xml:space="preserve">es aportes realizados </w:t>
      </w:r>
      <w:r>
        <w:t>durante</w:t>
      </w:r>
      <w:r>
        <w:t xml:space="preserve"> la </w:t>
      </w:r>
      <w:r w:rsidR="00102006">
        <w:t>reunion</w:t>
      </w:r>
      <w:r>
        <w:t>.</w:t>
      </w:r>
      <w:r w:rsidR="00102006">
        <w:t xml:space="preserve"> Indica los comentarios que hicieron y los cargos de quiénes lo dijeron, también indica si había una agenda previa y describe cuál era, de no haberla no es necesario</w:t>
      </w:r>
    </w:p>
    <w:p w14:paraId="0BC4AD20" w14:textId="77777777" w:rsidR="001962D0" w:rsidRDefault="00D52154">
      <w:r>
        <w:rPr>
          <w:b/>
          <w:color w:val="1C4E80"/>
          <w:sz w:val="26"/>
        </w:rPr>
        <w:t>3. ACUERDOS Y COMPROMISOS</w:t>
      </w:r>
    </w:p>
    <w:p w14:paraId="133257E1" w14:textId="77777777" w:rsidR="001962D0" w:rsidRDefault="00D52154">
      <w:pPr>
        <w:spacing w:line="360" w:lineRule="auto"/>
      </w:pPr>
      <w:r>
        <w:t>• [ACUERDO 1]</w:t>
      </w:r>
      <w:r>
        <w:br/>
        <w:t>• [ACUERDO 2]</w:t>
      </w:r>
      <w:r>
        <w:br/>
        <w:t>• [ACUERDO 3]</w:t>
      </w:r>
    </w:p>
    <w:p w14:paraId="0D620F82" w14:textId="77777777" w:rsidR="001962D0" w:rsidRDefault="00D52154">
      <w:r>
        <w:rPr>
          <w:b/>
          <w:color w:val="1C4E80"/>
          <w:sz w:val="26"/>
        </w:rPr>
        <w:t>4. OBSERVACIONES</w:t>
      </w:r>
    </w:p>
    <w:p w14:paraId="05F9AD9F" w14:textId="77777777" w:rsidR="001962D0" w:rsidRDefault="00D52154">
      <w:pPr>
        <w:spacing w:line="360" w:lineRule="auto"/>
      </w:pPr>
      <w:r>
        <w:t xml:space="preserve">Agregar comentarios, </w:t>
      </w:r>
      <w:r>
        <w:t>recomendaciones o información complementaria.</w:t>
      </w:r>
    </w:p>
    <w:p w14:paraId="56865380" w14:textId="77777777" w:rsidR="001962D0" w:rsidRDefault="00D52154">
      <w: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1962D0" w14:paraId="7F968265" w14:textId="77777777">
        <w:tc>
          <w:tcPr>
            <w:tcW w:w="4968" w:type="dxa"/>
          </w:tcPr>
          <w:p w14:paraId="7A3E2BD0" w14:textId="77777777" w:rsidR="001962D0" w:rsidRDefault="00D52154">
            <w:pPr>
              <w:jc w:val="center"/>
            </w:pPr>
            <w:r>
              <w:rPr>
                <w:b/>
                <w:color w:val="1C4E80"/>
              </w:rPr>
              <w:t>RESPONSABLE</w:t>
            </w:r>
          </w:p>
        </w:tc>
        <w:tc>
          <w:tcPr>
            <w:tcW w:w="4968" w:type="dxa"/>
          </w:tcPr>
          <w:p w14:paraId="3E23D45B" w14:textId="77777777" w:rsidR="001962D0" w:rsidRDefault="00D52154">
            <w:pPr>
              <w:jc w:val="center"/>
            </w:pPr>
            <w:r>
              <w:rPr>
                <w:b/>
                <w:color w:val="1C4E80"/>
              </w:rPr>
              <w:t>PARTICIPANTE</w:t>
            </w:r>
          </w:p>
        </w:tc>
      </w:tr>
      <w:tr w:rsidR="001962D0" w14:paraId="305F73E4" w14:textId="77777777">
        <w:tc>
          <w:tcPr>
            <w:tcW w:w="4968" w:type="dxa"/>
          </w:tcPr>
          <w:p w14:paraId="4C1546A4" w14:textId="77777777" w:rsidR="001962D0" w:rsidRDefault="00D52154">
            <w:r>
              <w:br/>
            </w:r>
            <w:r>
              <w:br/>
              <w:t>Firma:</w:t>
            </w:r>
            <w:r>
              <w:br/>
            </w:r>
            <w:r>
              <w:br/>
              <w:t>Nombre:</w:t>
            </w:r>
            <w:r>
              <w:br/>
            </w:r>
          </w:p>
        </w:tc>
        <w:tc>
          <w:tcPr>
            <w:tcW w:w="4968" w:type="dxa"/>
          </w:tcPr>
          <w:p w14:paraId="6743D56C" w14:textId="77777777" w:rsidR="001962D0" w:rsidRDefault="00D52154">
            <w:r>
              <w:br/>
            </w:r>
            <w:r>
              <w:br/>
              <w:t>Firma:</w:t>
            </w:r>
            <w:r>
              <w:br/>
            </w:r>
            <w:r>
              <w:br/>
              <w:t>Nombre:</w:t>
            </w:r>
            <w:r>
              <w:br/>
            </w:r>
          </w:p>
        </w:tc>
      </w:tr>
    </w:tbl>
    <w:p w14:paraId="58EDBBA2" w14:textId="77777777" w:rsidR="001962D0" w:rsidRDefault="00D52154">
      <w:pPr>
        <w:jc w:val="center"/>
      </w:pPr>
      <w:r>
        <w:rPr>
          <w:color w:val="B4B4B4"/>
        </w:rPr>
        <w:lastRenderedPageBreak/>
        <w:t>────────────────────────────────────────</w:t>
      </w:r>
    </w:p>
    <w:p w14:paraId="33440C78" w14:textId="77777777" w:rsidR="001962D0" w:rsidRDefault="00D52154"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</w:t>
      </w:r>
      <w:r>
        <w:rPr>
          <w:i/>
          <w:color w:val="5A5A5A"/>
          <w:sz w:val="20"/>
        </w:rPr>
        <w:t>pdf.com para editar tu PDF, unir, quitar, firmar y organizar tus documentos sin perder mucho tiempo. Recomiéndanos y comparte nuestra web. También puedes dejarnos un mensaje en nuestra sección comentarios.</w:t>
      </w:r>
    </w:p>
    <w:sectPr w:rsidR="001962D0" w:rsidSect="00034616">
      <w:headerReference w:type="default" r:id="rId8"/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7EEE5" w14:textId="77777777" w:rsidR="00D52154" w:rsidRDefault="00D52154">
      <w:pPr>
        <w:spacing w:after="0" w:line="240" w:lineRule="auto"/>
      </w:pPr>
      <w:r>
        <w:separator/>
      </w:r>
    </w:p>
  </w:endnote>
  <w:endnote w:type="continuationSeparator" w:id="0">
    <w:p w14:paraId="5CC3C6F4" w14:textId="77777777" w:rsidR="00D52154" w:rsidRDefault="00D5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CF5C" w14:textId="77777777" w:rsidR="001962D0" w:rsidRDefault="00D52154">
    <w:pPr>
      <w:pStyle w:val="Piedepgina"/>
      <w:jc w:val="center"/>
    </w:pPr>
    <w:r>
      <w:rPr>
        <w:color w:val="787878"/>
        <w:sz w:val="16"/>
      </w:rPr>
      <w:t>www.facilitopdf.com    |    © 2026 Nexia Labs · FJP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2CF14" w14:textId="77777777" w:rsidR="00D52154" w:rsidRDefault="00D52154">
      <w:pPr>
        <w:spacing w:after="0" w:line="240" w:lineRule="auto"/>
      </w:pPr>
      <w:r>
        <w:separator/>
      </w:r>
    </w:p>
  </w:footnote>
  <w:footnote w:type="continuationSeparator" w:id="0">
    <w:p w14:paraId="1D8BE47A" w14:textId="77777777" w:rsidR="00D52154" w:rsidRDefault="00D52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6C04F" w14:textId="77777777" w:rsidR="001962D0" w:rsidRDefault="00D52154">
    <w:pPr>
      <w:pStyle w:val="Encabezado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2006"/>
    <w:rsid w:val="0015074B"/>
    <w:rsid w:val="001962D0"/>
    <w:rsid w:val="0029639D"/>
    <w:rsid w:val="00326F90"/>
    <w:rsid w:val="00596691"/>
    <w:rsid w:val="00AA1D8D"/>
    <w:rsid w:val="00B47730"/>
    <w:rsid w:val="00CB0664"/>
    <w:rsid w:val="00D521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059B797"/>
  <w14:defaultImageDpi w14:val="300"/>
  <w15:docId w15:val="{959A08C2-8EC3-45B7-9DFB-236761E5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Frank Janampa</cp:lastModifiedBy>
  <cp:revision>3</cp:revision>
  <dcterms:created xsi:type="dcterms:W3CDTF">2013-12-23T23:15:00Z</dcterms:created>
  <dcterms:modified xsi:type="dcterms:W3CDTF">2026-05-06T19:15:00Z</dcterms:modified>
  <cp:category/>
</cp:coreProperties>
</file>