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C4E80"/>
          <w:sz w:val="44"/>
        </w:rPr>
        <w:t>CURRÍCULUM VITAE</w:t>
      </w:r>
    </w:p>
    <w:p>
      <w:pPr>
        <w:jc w:val="center"/>
      </w:pPr>
      <w:r>
        <w:rPr>
          <w:i/>
          <w:color w:val="646464"/>
          <w:sz w:val="22"/>
        </w:rPr>
        <w:t>Plantilla profesional editable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24"/>
        <w:gridCol w:w="7056"/>
      </w:tblGrid>
      <w:tr>
        <w:tc>
          <w:tcPr>
            <w:tcW w:type="dxa" w:w="5112"/>
            <w:shd w:fill="EAF2F8"/>
          </w:tcPr>
          <w:p>
            <w:pPr>
              <w:jc w:val="center"/>
            </w:pPr>
            <w:r>
              <w:rPr>
                <w:b/>
                <w:color w:val="5A5A5A"/>
                <w:sz w:val="24"/>
              </w:rPr>
              <w:br/>
              <w:t>[ INSERTAR FOTO ]</w:t>
              <w:br/>
            </w:r>
          </w:p>
          <w:p>
            <w:r>
              <w:rPr>
                <w:b/>
                <w:color w:val="1C4E80"/>
                <w:sz w:val="24"/>
              </w:rPr>
              <w:t>DATOS PERSONALES</w:t>
            </w:r>
          </w:p>
          <w:p>
            <w:r>
              <w:t>Nombre completo</w:t>
            </w:r>
          </w:p>
          <w:p>
            <w:r>
              <w:t>Teléfono</w:t>
            </w:r>
          </w:p>
          <w:p>
            <w:r>
              <w:t>Correo electrónico</w:t>
            </w:r>
          </w:p>
          <w:p>
            <w:r>
              <w:t>Ciudad / País</w:t>
            </w:r>
          </w:p>
          <w:p>
            <w:r>
              <w:t>LinkedIn / Portafolio</w:t>
            </w:r>
          </w:p>
          <w:p>
            <w:r>
              <w:rPr>
                <w:b/>
                <w:color w:val="1C4E80"/>
                <w:sz w:val="24"/>
              </w:rPr>
              <w:t>HABILIDADES</w:t>
            </w:r>
          </w:p>
          <w:p>
            <w:r>
              <w:t>• Trabajo en equipo</w:t>
            </w:r>
          </w:p>
          <w:p>
            <w:r>
              <w:t>• Comunicación</w:t>
            </w:r>
          </w:p>
          <w:p>
            <w:r>
              <w:t>• Liderazgo</w:t>
            </w:r>
          </w:p>
          <w:p>
            <w:r>
              <w:t>• Organización</w:t>
            </w:r>
          </w:p>
          <w:p>
            <w:r>
              <w:t>• Herramientas digitales</w:t>
            </w:r>
          </w:p>
          <w:p>
            <w:r>
              <w:rPr>
                <w:b/>
                <w:color w:val="1C4E80"/>
                <w:sz w:val="24"/>
              </w:rPr>
              <w:t>IDIOMAS</w:t>
            </w:r>
          </w:p>
          <w:p>
            <w:r>
              <w:t>• Español</w:t>
            </w:r>
          </w:p>
          <w:p>
            <w:r>
              <w:t>• Inglés</w:t>
            </w:r>
          </w:p>
          <w:p>
            <w:r>
              <w:t>• Otro idioma</w:t>
            </w:r>
          </w:p>
        </w:tc>
        <w:tc>
          <w:tcPr>
            <w:tcW w:type="dxa" w:w="5112"/>
          </w:tcPr>
          <w:p/>
          <w:p>
            <w:r>
              <w:rPr>
                <w:b/>
                <w:color w:val="1C4E80"/>
                <w:sz w:val="26"/>
              </w:rPr>
              <w:t>PERFIL PROFESIONAL</w:t>
            </w:r>
          </w:p>
          <w:p>
            <w:pPr>
              <w:spacing w:after="200"/>
            </w:pPr>
            <w:r>
              <w:t>Escribe aquí un breve resumen profesional sobre tu experiencia, habilidades y objetivos laborales. Este espacio debe transmitir confianza y claridad.</w:t>
            </w:r>
          </w:p>
          <w:p>
            <w:r>
              <w:rPr>
                <w:b/>
                <w:color w:val="1C4E80"/>
                <w:sz w:val="26"/>
              </w:rPr>
              <w:t>EXPERIENCIA LABORAL</w:t>
            </w:r>
          </w:p>
          <w:p>
            <w:pPr>
              <w:spacing w:after="200"/>
            </w:pPr>
            <w:r>
              <w:t>Cargo — Empresa</w:t>
              <w:br/>
              <w:t>2023 - 2026</w:t>
              <w:br/>
              <w:t>Describe funciones, logros y responsabilidades importantes.</w:t>
              <w:br/>
              <w:br/>
              <w:t>Cargo — Empresa</w:t>
              <w:br/>
              <w:t>2020 - 2023</w:t>
              <w:br/>
              <w:t>Agrega resultados y aportes relevantes.</w:t>
            </w:r>
          </w:p>
          <w:p>
            <w:r>
              <w:rPr>
                <w:b/>
                <w:color w:val="1C4E80"/>
                <w:sz w:val="26"/>
              </w:rPr>
              <w:t>FORMACIÓN ACADÉMICA</w:t>
            </w:r>
          </w:p>
          <w:p>
            <w:pPr>
              <w:spacing w:after="200"/>
            </w:pPr>
            <w:r>
              <w:t>Carrera o especialidad — Institución</w:t>
              <w:br/>
              <w:t>Año de inicio - Año de finalización</w:t>
              <w:br/>
              <w:br/>
              <w:t>Curso o certificación relevante</w:t>
              <w:br/>
              <w:t>Institución</w:t>
            </w:r>
          </w:p>
          <w:p>
            <w:r>
              <w:rPr>
                <w:b/>
                <w:color w:val="1C4E80"/>
                <w:sz w:val="26"/>
              </w:rPr>
              <w:t>REFERENCIAS</w:t>
            </w:r>
          </w:p>
          <w:p>
            <w:pPr>
              <w:spacing w:after="200"/>
            </w:pPr>
            <w:r>
              <w:t>Nombre completo — Cargo</w:t>
              <w:br/>
              <w:t>Teléfono / Correo electrónico</w:t>
            </w:r>
          </w:p>
        </w:tc>
      </w:tr>
    </w:tbl>
    <w:p/>
    <w:p>
      <w:pPr>
        <w:jc w:val="center"/>
      </w:pPr>
      <w:r>
        <w:rPr>
          <w:color w:val="B4B4B4"/>
        </w:rPr>
        <w:t>────────────────────────────────────────</w:t>
      </w:r>
    </w:p>
    <w:p>
      <w:pPr>
        <w:jc w:val="center"/>
      </w:pPr>
      <w:r>
        <w:rPr>
          <w:i/>
          <w:color w:val="5A5A5A"/>
          <w:sz w:val="20"/>
        </w:rPr>
        <w:t>No olvides borrar el link de nuestra web abajo y el logo de FacilitoPDF arriba. Regresa a www.facilitopdf.com para editar tu PDF, unir, quitar, firmar y organizar tu CV sin perder mucho tiempo. Recomiéndanos y comparte nuestra web. También puedes dejarnos un mensaje en nuestra sección comentarios.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www.facilitopdf.com    |    © 2026 Nexia Labs · FJP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282828"/>
        <w:sz w:val="20"/>
      </w:rPr>
      <w:t>FacilitoPDF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