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CARTA DE PRESENTACIÓN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r>
        <w:rPr>
          <w:b/>
        </w:rPr>
        <w:t>[Ciudad], [Fecha]</w:t>
      </w:r>
    </w:p>
    <w:p>
      <w:r>
        <w:t>Señor(a):</w:t>
        <w:br/>
        <w:t>[NOMBRE DEL RECLUTADOR O EMPRESA]</w:t>
        <w:br/>
        <w:t>[Cargo / Área]</w:t>
        <w:br/>
        <w:t>[Empresa]</w:t>
      </w:r>
    </w:p>
    <w:p/>
    <w:p>
      <w:pPr>
        <w:spacing w:line="336" w:lineRule="auto"/>
      </w:pPr>
      <w:r>
        <w:t>Estimado(a) señor(a):</w:t>
        <w:br/>
        <w:br/>
        <w:t>Me dirijo a usted con el propósito de expresar mi interés en formar parte de su organización. Considero que mi experiencia, habilidades y compromiso profesional pueden aportar valor a su equipo de trabajo.</w:t>
        <w:br/>
        <w:br/>
        <w:t>Durante mi trayectoria he desarrollado competencias relacionadas con organización, comunicación, resolución de problemas y trabajo en equipo. Además, me adapto rápidamente a nuevos entornos y mantengo una actitud orientada al aprendizaje continuo.</w:t>
        <w:br/>
        <w:br/>
        <w:t>Adjunto mi currículum vitae para su evaluación y quedo a disposición para ampliar cualquier información en una entrevista.</w:t>
        <w:br/>
        <w:br/>
        <w:t>Agradezco el tiempo brindado y la atención a la presente.</w:t>
      </w:r>
    </w:p>
    <w:p>
      <w:r>
        <w:br/>
        <w:t>Atentamente,</w:t>
        <w:br/>
        <w:br/>
        <w:t>[FIRMA]</w:t>
        <w:br/>
        <w:t>[NOMBRE COMPLETO]</w:t>
        <w:br/>
        <w:t>[Teléfono]</w:t>
        <w:br/>
        <w:t>[Correo electrónico]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